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rFonts w:ascii="Arial" w:hAnsi="Arial"/>
          <w:b/>
          <w:color w:val="8E4334"/>
          <w:sz w:val="44"/>
        </w:rPr>
        <w:t>6-3-5 Brainwriting</w:t>
      </w:r>
    </w:p>
    <w:p>
      <w:r>
        <w:rPr>
          <w:rFonts w:ascii="Arial" w:hAnsi="Arial"/>
          <w:color w:val="6B7280"/>
          <w:sz w:val="20"/>
        </w:rPr>
        <w:t>Generate ideas silently to ensure all team members contribute equally.</w:t>
        <w:br/>
        <w:t xml:space="preserve">For a live multiplayer session with guided prompt templates, visit: </w:t>
      </w:r>
      <w:r>
        <w:rPr>
          <w:rFonts w:ascii="Arial" w:hAnsi="Arial"/>
          <w:b/>
          <w:color w:val="1E3A5F"/>
          <w:sz w:val="20"/>
        </w:rPr>
        <w:t>teamsfacilitator.com/brainwriting-template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520"/>
        <w:gridCol w:w="2520"/>
        <w:gridCol w:w="2520"/>
        <w:gridCol w:w="2520"/>
      </w:tblGrid>
      <w:tr>
        <w:tc>
          <w:tcPr>
            <w:tcW w:type="dxa" w:w="2520"/>
            <w:shd w:fill="F3F4F6"/>
          </w:tcPr>
          <w:p>
            <w:r>
              <w:rPr>
                <w:b/>
              </w:rPr>
              <w:t>Round</w:t>
            </w:r>
          </w:p>
        </w:tc>
        <w:tc>
          <w:tcPr>
            <w:tcW w:type="dxa" w:w="2520"/>
            <w:shd w:fill="F3F4F6"/>
          </w:tcPr>
          <w:p>
            <w:r>
              <w:rPr>
                <w:b/>
              </w:rPr>
              <w:t>Idea 1</w:t>
            </w:r>
          </w:p>
        </w:tc>
        <w:tc>
          <w:tcPr>
            <w:tcW w:type="dxa" w:w="2520"/>
            <w:shd w:fill="F3F4F6"/>
          </w:tcPr>
          <w:p>
            <w:r>
              <w:rPr>
                <w:b/>
              </w:rPr>
              <w:t>Idea 2</w:t>
            </w:r>
          </w:p>
        </w:tc>
        <w:tc>
          <w:tcPr>
            <w:tcW w:type="dxa" w:w="2520"/>
            <w:shd w:fill="F3F4F6"/>
          </w:tcPr>
          <w:p>
            <w:r>
              <w:rPr>
                <w:b/>
              </w:rPr>
              <w:t>Idea 3</w:t>
            </w:r>
          </w:p>
        </w:tc>
      </w:tr>
      <w:tr>
        <w:tc>
          <w:tcPr>
            <w:tcW w:type="dxa" w:w="2520"/>
          </w:tcPr>
          <w:p>
            <w:r>
              <w:rPr>
                <w:b/>
              </w:rPr>
              <w:t>Round 1</w:t>
            </w:r>
          </w:p>
        </w:tc>
        <w:tc>
          <w:tcPr>
            <w:tcW w:type="dxa" w:w="2520"/>
          </w:tcPr>
          <w:p>
            <w:r>
              <w:t>[Write concept here...]</w:t>
            </w:r>
          </w:p>
        </w:tc>
        <w:tc>
          <w:tcPr>
            <w:tcW w:type="dxa" w:w="2520"/>
          </w:tcPr>
          <w:p>
            <w:r>
              <w:t>[Write concept here...]</w:t>
            </w:r>
          </w:p>
        </w:tc>
        <w:tc>
          <w:tcPr>
            <w:tcW w:type="dxa" w:w="2520"/>
          </w:tcPr>
          <w:p>
            <w:r>
              <w:t>[Write concept here...]</w:t>
            </w:r>
          </w:p>
        </w:tc>
      </w:tr>
      <w:tr>
        <w:tc>
          <w:tcPr>
            <w:tcW w:type="dxa" w:w="2520"/>
          </w:tcPr>
          <w:p>
            <w:r>
              <w:rPr>
                <w:b/>
              </w:rPr>
              <w:t>Round 2</w:t>
            </w:r>
          </w:p>
        </w:tc>
        <w:tc>
          <w:tcPr>
            <w:tcW w:type="dxa" w:w="2520"/>
          </w:tcPr>
          <w:p>
            <w:r>
              <w:t>[Write concept here...]</w:t>
            </w:r>
          </w:p>
        </w:tc>
        <w:tc>
          <w:tcPr>
            <w:tcW w:type="dxa" w:w="2520"/>
          </w:tcPr>
          <w:p>
            <w:r>
              <w:t>[Write concept here...]</w:t>
            </w:r>
          </w:p>
        </w:tc>
        <w:tc>
          <w:tcPr>
            <w:tcW w:type="dxa" w:w="2520"/>
          </w:tcPr>
          <w:p>
            <w:r>
              <w:t>[Write concept here...]</w:t>
            </w:r>
          </w:p>
        </w:tc>
      </w:tr>
      <w:tr>
        <w:tc>
          <w:tcPr>
            <w:tcW w:type="dxa" w:w="2520"/>
          </w:tcPr>
          <w:p>
            <w:r>
              <w:rPr>
                <w:b/>
              </w:rPr>
              <w:t>Round 3</w:t>
            </w:r>
          </w:p>
        </w:tc>
        <w:tc>
          <w:tcPr>
            <w:tcW w:type="dxa" w:w="2520"/>
          </w:tcPr>
          <w:p>
            <w:r>
              <w:t>[Write concept here...]</w:t>
            </w:r>
          </w:p>
        </w:tc>
        <w:tc>
          <w:tcPr>
            <w:tcW w:type="dxa" w:w="2520"/>
          </w:tcPr>
          <w:p>
            <w:r>
              <w:t>[Write concept here...]</w:t>
            </w:r>
          </w:p>
        </w:tc>
        <w:tc>
          <w:tcPr>
            <w:tcW w:type="dxa" w:w="2520"/>
          </w:tcPr>
          <w:p>
            <w:r>
              <w:t>[Write concept here...]</w:t>
            </w:r>
          </w:p>
        </w:tc>
      </w:tr>
      <w:tr>
        <w:tc>
          <w:tcPr>
            <w:tcW w:type="dxa" w:w="2520"/>
          </w:tcPr>
          <w:p>
            <w:r>
              <w:rPr>
                <w:b/>
              </w:rPr>
              <w:t>Round 4</w:t>
            </w:r>
          </w:p>
        </w:tc>
        <w:tc>
          <w:tcPr>
            <w:tcW w:type="dxa" w:w="2520"/>
          </w:tcPr>
          <w:p>
            <w:r>
              <w:t>[Write concept here...]</w:t>
            </w:r>
          </w:p>
        </w:tc>
        <w:tc>
          <w:tcPr>
            <w:tcW w:type="dxa" w:w="2520"/>
          </w:tcPr>
          <w:p>
            <w:r>
              <w:t>[Write concept here...]</w:t>
            </w:r>
          </w:p>
        </w:tc>
        <w:tc>
          <w:tcPr>
            <w:tcW w:type="dxa" w:w="2520"/>
          </w:tcPr>
          <w:p>
            <w:r>
              <w:t>[Write concept here...]</w:t>
            </w:r>
          </w:p>
        </w:tc>
      </w:tr>
      <w:tr>
        <w:tc>
          <w:tcPr>
            <w:tcW w:type="dxa" w:w="2520"/>
          </w:tcPr>
          <w:p>
            <w:r>
              <w:rPr>
                <w:b/>
              </w:rPr>
              <w:t>Round 5</w:t>
            </w:r>
          </w:p>
        </w:tc>
        <w:tc>
          <w:tcPr>
            <w:tcW w:type="dxa" w:w="2520"/>
          </w:tcPr>
          <w:p>
            <w:r>
              <w:t>[Write concept here...]</w:t>
            </w:r>
          </w:p>
        </w:tc>
        <w:tc>
          <w:tcPr>
            <w:tcW w:type="dxa" w:w="2520"/>
          </w:tcPr>
          <w:p>
            <w:r>
              <w:t>[Write concept here...]</w:t>
            </w:r>
          </w:p>
        </w:tc>
        <w:tc>
          <w:tcPr>
            <w:tcW w:type="dxa" w:w="2520"/>
          </w:tcPr>
          <w:p>
            <w:r>
              <w:t>[Write concept here...]</w:t>
            </w:r>
          </w:p>
        </w:tc>
      </w:tr>
      <w:tr>
        <w:tc>
          <w:tcPr>
            <w:tcW w:type="dxa" w:w="2520"/>
          </w:tcPr>
          <w:p>
            <w:r>
              <w:rPr>
                <w:b/>
              </w:rPr>
              <w:t>Round 6</w:t>
            </w:r>
          </w:p>
        </w:tc>
        <w:tc>
          <w:tcPr>
            <w:tcW w:type="dxa" w:w="2520"/>
          </w:tcPr>
          <w:p>
            <w:r>
              <w:t>[Write concept here...]</w:t>
            </w:r>
          </w:p>
        </w:tc>
        <w:tc>
          <w:tcPr>
            <w:tcW w:type="dxa" w:w="2520"/>
          </w:tcPr>
          <w:p>
            <w:r>
              <w:t>[Write concept here...]</w:t>
            </w:r>
          </w:p>
        </w:tc>
        <w:tc>
          <w:tcPr>
            <w:tcW w:type="dxa" w:w="2520"/>
          </w:tcPr>
          <w:p>
            <w:r>
              <w:t>[Write concept here...]</w:t>
            </w:r>
          </w:p>
        </w:tc>
      </w:tr>
    </w:tbl>
    <w:sectPr w:rsidR="00FC693F" w:rsidRPr="0006063C" w:rsidSect="00034616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