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Retrospectives</w:t>
      </w:r>
    </w:p>
    <w:p>
      <w:r>
        <w:rPr>
          <w:rFonts w:ascii="Arial" w:hAnsi="Arial"/>
          <w:color w:val="6B7280"/>
          <w:sz w:val="20"/>
        </w:rPr>
        <w:t>Diagnose process issues and align on high-impact continuous improvements.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teamsfacilitator.com/retrospective-template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shd w:fill="F3F4F6"/>
          </w:tcPr>
          <w:p>
            <w:r>
              <w:rPr>
                <w:b/>
              </w:rPr>
              <w:t>Starfish Category</w:t>
            </w:r>
          </w:p>
        </w:tc>
        <w:tc>
          <w:tcPr>
            <w:tcW w:type="dxa" w:w="5040"/>
            <w:shd w:fill="F3F4F6"/>
          </w:tcPr>
          <w:p>
            <w:r>
              <w:rPr>
                <w:b/>
              </w:rPr>
              <w:t>Feedback &amp; Action Items</w:t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Keep Doing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worked exceptionally well during this sprint?</w:t>
              <w:br/>
            </w:r>
            <w:r>
              <w:rPr>
                <w:sz w:val="17"/>
              </w:rPr>
              <w:t>• What practices must we protect and maintain?</w:t>
              <w:br/>
            </w:r>
            <w:r>
              <w:br/>
              <w:t>[Add notes here...]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Less Of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practices are useful but currently taking up too much time?</w:t>
              <w:br/>
            </w:r>
            <w:r>
              <w:rPr>
                <w:sz w:val="17"/>
              </w:rPr>
              <w:t>• Where should we reduce our focus or scale back?</w:t>
              <w:br/>
            </w:r>
            <w:r>
              <w:br/>
              <w:t>[Add notes here...]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More Of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processes are working but should be scaled up or done more frequently?</w:t>
              <w:br/>
            </w:r>
            <w:r>
              <w:rPr>
                <w:sz w:val="17"/>
              </w:rPr>
              <w:t>• Where can we amplify our efforts for higher impact?</w:t>
              <w:br/>
            </w:r>
            <w:r>
              <w:br/>
              <w:t>[Add notes here...]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Stop Doing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activities are wasting team time without adding value?</w:t>
              <w:br/>
            </w:r>
            <w:r>
              <w:rPr>
                <w:sz w:val="17"/>
              </w:rPr>
              <w:t>• What friction points should we eliminate immediately?</w:t>
              <w:br/>
            </w:r>
            <w:r>
              <w:br/>
              <w:t>[Add notes here...]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Start Doing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new experiments or processes should we introduce in the next sprint?</w:t>
              <w:br/>
            </w:r>
            <w:r>
              <w:rPr>
                <w:sz w:val="17"/>
              </w:rPr>
              <w:t>• What tools or behaviors can solve current roadblocks?</w:t>
              <w:br/>
            </w:r>
            <w:r>
              <w:br/>
              <w:t>[Add notes here...]</w:t>
              <w:br/>
              <w:br/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